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0F33" w:rsidRDefault="00930F33">
      <w:pPr>
        <w:spacing w:after="0"/>
        <w:rPr>
          <w:lang w:eastAsia="zh-CN"/>
        </w:rPr>
      </w:pPr>
    </w:p>
    <w:p w:rsidR="00B8527D" w:rsidRDefault="00000000" w:rsidP="002D6650">
      <w:pPr>
        <w:rPr>
          <w:rFonts w:ascii="Arial" w:hAnsi="Arial"/>
          <w:sz w:val="48"/>
        </w:rPr>
      </w:pPr>
      <w:r>
        <w:rPr>
          <w:rFonts w:ascii="Arial" w:hAnsi="Arial"/>
          <w:sz w:val="48"/>
        </w:rPr>
        <w:t>KIOS Profiles</w:t>
      </w:r>
      <w:r w:rsidR="002D6650">
        <w:rPr>
          <w:rFonts w:ascii="Arial" w:hAnsi="Arial"/>
          <w:sz w:val="48"/>
        </w:rPr>
        <w:t>:</w:t>
      </w:r>
      <w:r>
        <w:rPr>
          <w:rFonts w:ascii="Arial" w:hAnsi="Arial"/>
          <w:sz w:val="48"/>
        </w:rPr>
        <w:t xml:space="preserve"> I</w:t>
      </w:r>
      <w:r w:rsidR="002D6650">
        <w:rPr>
          <w:rFonts w:ascii="Arial" w:hAnsi="Arial"/>
          <w:sz w:val="48"/>
        </w:rPr>
        <w:t>owa</w:t>
      </w:r>
      <w:r>
        <w:rPr>
          <w:rFonts w:ascii="Arial" w:hAnsi="Arial"/>
          <w:sz w:val="48"/>
        </w:rPr>
        <w:t xml:space="preserve"> School for the Deaf Extended </w:t>
      </w:r>
      <w:r w:rsidR="002D6650">
        <w:rPr>
          <w:rFonts w:ascii="Arial" w:hAnsi="Arial"/>
          <w:sz w:val="48"/>
        </w:rPr>
        <w:t>Conversation</w:t>
      </w:r>
    </w:p>
    <w:p w:rsidR="002D6650" w:rsidRDefault="002D6650" w:rsidP="002D6650"/>
    <w:p w:rsidR="00B8527D" w:rsidRDefault="00000000">
      <w:pPr>
        <w:spacing w:after="0"/>
      </w:pPr>
      <w:proofErr w:type="spellStart"/>
      <w:r>
        <w:rPr>
          <w:rFonts w:ascii="Arial" w:hAnsi="Arial"/>
          <w:b/>
        </w:rPr>
        <w:t>Cindie</w:t>
      </w:r>
      <w:proofErr w:type="spellEnd"/>
      <w:r>
        <w:rPr>
          <w:rFonts w:ascii="Arial" w:hAnsi="Arial"/>
          <w:b/>
        </w:rPr>
        <w:t xml:space="preserve"> </w:t>
      </w:r>
      <w:proofErr w:type="spellStart"/>
      <w:proofErr w:type="gramStart"/>
      <w:r>
        <w:rPr>
          <w:rFonts w:ascii="Arial" w:hAnsi="Arial"/>
          <w:b/>
        </w:rPr>
        <w:t>Angeroth</w:t>
      </w:r>
      <w:proofErr w:type="spellEnd"/>
      <w:r>
        <w:rPr>
          <w:rFonts w:ascii="Arial" w:hAnsi="Arial"/>
          <w:b/>
        </w:rPr>
        <w:t xml:space="preserve">  </w:t>
      </w:r>
      <w:r>
        <w:rPr>
          <w:rFonts w:ascii="Arial" w:hAnsi="Arial"/>
          <w:color w:val="5D7284"/>
        </w:rPr>
        <w:t>00:00</w:t>
      </w:r>
      <w:proofErr w:type="gramEnd"/>
    </w:p>
    <w:p w:rsidR="00B8527D" w:rsidRDefault="00000000">
      <w:pPr>
        <w:spacing w:after="0"/>
      </w:pPr>
      <w:r>
        <w:rPr>
          <w:rFonts w:ascii="Arial" w:hAnsi="Arial"/>
        </w:rPr>
        <w:t>This is the campus of Iowa School for the Deaf. However, we are also the headquarters for Iowa Educational Services for the Blind and Visually Impaired.</w:t>
      </w:r>
    </w:p>
    <w:p w:rsidR="00B8527D" w:rsidRDefault="00B8527D">
      <w:pPr>
        <w:spacing w:after="0"/>
      </w:pPr>
    </w:p>
    <w:p w:rsidR="00B8527D" w:rsidRDefault="00000000">
      <w:pPr>
        <w:spacing w:after="0"/>
      </w:pPr>
      <w:r>
        <w:rPr>
          <w:rFonts w:ascii="Arial" w:hAnsi="Arial"/>
          <w:b/>
        </w:rPr>
        <w:t xml:space="preserve">David </w:t>
      </w:r>
      <w:proofErr w:type="gramStart"/>
      <w:r>
        <w:rPr>
          <w:rFonts w:ascii="Arial" w:hAnsi="Arial"/>
          <w:b/>
        </w:rPr>
        <w:t xml:space="preserve">K  </w:t>
      </w:r>
      <w:r>
        <w:rPr>
          <w:rFonts w:ascii="Arial" w:hAnsi="Arial"/>
          <w:color w:val="5D7284"/>
        </w:rPr>
        <w:t>00:10</w:t>
      </w:r>
      <w:proofErr w:type="gramEnd"/>
    </w:p>
    <w:p w:rsidR="00B8527D" w:rsidRDefault="00000000">
      <w:pPr>
        <w:spacing w:after="0"/>
      </w:pPr>
      <w:r>
        <w:rPr>
          <w:rFonts w:ascii="Arial" w:hAnsi="Arial"/>
        </w:rPr>
        <w:t>For today's profile, we're checking out the campus and learning about the Iowa School for the Deaf.</w:t>
      </w:r>
    </w:p>
    <w:p w:rsidR="00B8527D" w:rsidRDefault="00B8527D">
      <w:pPr>
        <w:spacing w:after="0"/>
      </w:pPr>
    </w:p>
    <w:p w:rsidR="00B8527D" w:rsidRDefault="00000000">
      <w:pPr>
        <w:spacing w:after="0"/>
      </w:pPr>
      <w:proofErr w:type="spellStart"/>
      <w:r>
        <w:rPr>
          <w:rFonts w:ascii="Arial" w:hAnsi="Arial"/>
          <w:b/>
        </w:rPr>
        <w:t>Cindie</w:t>
      </w:r>
      <w:proofErr w:type="spellEnd"/>
      <w:r>
        <w:rPr>
          <w:rFonts w:ascii="Arial" w:hAnsi="Arial"/>
          <w:b/>
        </w:rPr>
        <w:t xml:space="preserve"> </w:t>
      </w:r>
      <w:proofErr w:type="spellStart"/>
      <w:proofErr w:type="gramStart"/>
      <w:r>
        <w:rPr>
          <w:rFonts w:ascii="Arial" w:hAnsi="Arial"/>
          <w:b/>
        </w:rPr>
        <w:t>Angeroth</w:t>
      </w:r>
      <w:proofErr w:type="spellEnd"/>
      <w:r>
        <w:rPr>
          <w:rFonts w:ascii="Arial" w:hAnsi="Arial"/>
          <w:b/>
        </w:rPr>
        <w:t xml:space="preserve">  </w:t>
      </w:r>
      <w:r>
        <w:rPr>
          <w:rFonts w:ascii="Arial" w:hAnsi="Arial"/>
          <w:color w:val="5D7284"/>
        </w:rPr>
        <w:t>00:17</w:t>
      </w:r>
      <w:proofErr w:type="gramEnd"/>
    </w:p>
    <w:p w:rsidR="00B8527D" w:rsidRDefault="00000000">
      <w:pPr>
        <w:spacing w:after="0"/>
      </w:pPr>
      <w:r>
        <w:rPr>
          <w:rFonts w:ascii="Arial" w:hAnsi="Arial"/>
        </w:rPr>
        <w:t xml:space="preserve">I'm </w:t>
      </w:r>
      <w:proofErr w:type="spellStart"/>
      <w:r>
        <w:rPr>
          <w:rFonts w:ascii="Arial" w:hAnsi="Arial"/>
        </w:rPr>
        <w:t>Cindie</w:t>
      </w:r>
      <w:proofErr w:type="spellEnd"/>
      <w:r>
        <w:rPr>
          <w:rFonts w:ascii="Arial" w:hAnsi="Arial"/>
        </w:rPr>
        <w:t xml:space="preserve"> </w:t>
      </w:r>
      <w:proofErr w:type="spellStart"/>
      <w:r>
        <w:rPr>
          <w:rFonts w:ascii="Arial" w:hAnsi="Arial"/>
        </w:rPr>
        <w:t>Angeroth</w:t>
      </w:r>
      <w:proofErr w:type="spellEnd"/>
      <w:r>
        <w:rPr>
          <w:rFonts w:ascii="Arial" w:hAnsi="Arial"/>
        </w:rPr>
        <w:t>, and I'm director of communications for Iowa Education for Deaf and Blind. We provide dorm services for students who live too far away from their home that they can't go back and forth every day.</w:t>
      </w:r>
    </w:p>
    <w:p w:rsidR="00B8527D" w:rsidRDefault="00B8527D">
      <w:pPr>
        <w:spacing w:after="0"/>
      </w:pPr>
    </w:p>
    <w:p w:rsidR="00B8527D" w:rsidRDefault="00000000">
      <w:pPr>
        <w:spacing w:after="0"/>
      </w:pPr>
      <w:r>
        <w:rPr>
          <w:rFonts w:ascii="Arial" w:hAnsi="Arial"/>
          <w:b/>
        </w:rPr>
        <w:t xml:space="preserve">David </w:t>
      </w:r>
      <w:proofErr w:type="gramStart"/>
      <w:r>
        <w:rPr>
          <w:rFonts w:ascii="Arial" w:hAnsi="Arial"/>
          <w:b/>
        </w:rPr>
        <w:t xml:space="preserve">K  </w:t>
      </w:r>
      <w:r>
        <w:rPr>
          <w:rFonts w:ascii="Arial" w:hAnsi="Arial"/>
          <w:color w:val="5D7284"/>
        </w:rPr>
        <w:t>00:30</w:t>
      </w:r>
      <w:proofErr w:type="gramEnd"/>
    </w:p>
    <w:p w:rsidR="00B8527D" w:rsidRDefault="00000000">
      <w:pPr>
        <w:spacing w:after="0"/>
      </w:pPr>
      <w:r>
        <w:rPr>
          <w:rFonts w:ascii="Arial" w:hAnsi="Arial"/>
        </w:rPr>
        <w:t>You were downplaying. You said it was a tiny campus.</w:t>
      </w:r>
    </w:p>
    <w:p w:rsidR="00B8527D" w:rsidRDefault="00B8527D">
      <w:pPr>
        <w:spacing w:after="0"/>
      </w:pPr>
    </w:p>
    <w:p w:rsidR="00B8527D" w:rsidRDefault="00000000">
      <w:pPr>
        <w:spacing w:after="0"/>
      </w:pPr>
      <w:proofErr w:type="spellStart"/>
      <w:r>
        <w:rPr>
          <w:rFonts w:ascii="Arial" w:hAnsi="Arial"/>
          <w:b/>
        </w:rPr>
        <w:t>Cindie</w:t>
      </w:r>
      <w:proofErr w:type="spellEnd"/>
      <w:r>
        <w:rPr>
          <w:rFonts w:ascii="Arial" w:hAnsi="Arial"/>
          <w:b/>
        </w:rPr>
        <w:t xml:space="preserve"> </w:t>
      </w:r>
      <w:proofErr w:type="spellStart"/>
      <w:proofErr w:type="gramStart"/>
      <w:r>
        <w:rPr>
          <w:rFonts w:ascii="Arial" w:hAnsi="Arial"/>
          <w:b/>
        </w:rPr>
        <w:t>Angeroth</w:t>
      </w:r>
      <w:proofErr w:type="spellEnd"/>
      <w:r>
        <w:rPr>
          <w:rFonts w:ascii="Arial" w:hAnsi="Arial"/>
          <w:b/>
        </w:rPr>
        <w:t xml:space="preserve">  </w:t>
      </w:r>
      <w:r>
        <w:rPr>
          <w:rFonts w:ascii="Arial" w:hAnsi="Arial"/>
          <w:color w:val="5D7284"/>
        </w:rPr>
        <w:t>00:33</w:t>
      </w:r>
      <w:proofErr w:type="gramEnd"/>
    </w:p>
    <w:p w:rsidR="00B8527D" w:rsidRDefault="00000000">
      <w:pPr>
        <w:spacing w:after="0"/>
      </w:pPr>
      <w:r>
        <w:rPr>
          <w:rFonts w:ascii="Arial" w:hAnsi="Arial"/>
        </w:rPr>
        <w:t>At one time, we were a fully functional farm, and we grew food for our own kids. I mean, we're talking 1920s, 1930s.</w:t>
      </w:r>
    </w:p>
    <w:p w:rsidR="00B8527D" w:rsidRDefault="00B8527D">
      <w:pPr>
        <w:spacing w:after="0"/>
      </w:pPr>
    </w:p>
    <w:p w:rsidR="00B8527D" w:rsidRDefault="00000000">
      <w:pPr>
        <w:spacing w:after="0"/>
      </w:pPr>
      <w:r>
        <w:rPr>
          <w:rFonts w:ascii="Arial" w:hAnsi="Arial"/>
          <w:b/>
        </w:rPr>
        <w:t xml:space="preserve">Chris </w:t>
      </w:r>
      <w:proofErr w:type="gramStart"/>
      <w:r>
        <w:rPr>
          <w:rFonts w:ascii="Arial" w:hAnsi="Arial"/>
          <w:b/>
        </w:rPr>
        <w:t xml:space="preserve">Kaftan  </w:t>
      </w:r>
      <w:r>
        <w:rPr>
          <w:rFonts w:ascii="Arial" w:hAnsi="Arial"/>
          <w:color w:val="5D7284"/>
        </w:rPr>
        <w:t>00:41</w:t>
      </w:r>
      <w:proofErr w:type="gramEnd"/>
    </w:p>
    <w:p w:rsidR="00B8527D" w:rsidRDefault="00000000">
      <w:pPr>
        <w:spacing w:after="0"/>
      </w:pPr>
      <w:proofErr w:type="gramStart"/>
      <w:r>
        <w:rPr>
          <w:rFonts w:ascii="Arial" w:hAnsi="Arial"/>
        </w:rPr>
        <w:t>So</w:t>
      </w:r>
      <w:proofErr w:type="gramEnd"/>
      <w:r>
        <w:rPr>
          <w:rFonts w:ascii="Arial" w:hAnsi="Arial"/>
        </w:rPr>
        <w:t xml:space="preserve"> we've been in operation for 170 years, providing educational services for both deaf and blind students in the state of Iowa, since basically when Iowa became a state. I'm Chris Kaftan. I'm the superintendent here at Iowa School for the Deaf, as well as Iowa Educational Services for the Blind and Visually Impaired, based here in Council Bluffs, Iowa. For listeners, you might be wondering about hearing a female voice for a male superintendent. That's the voice of my sign language interpreter. We provide instruction through Certified Teachers of the Deaf, Certified Teachers of the Visually Impaired, and we serve a total of close to 1000 students combined between our deaf and blind programs across the state. The campus in Council Bluffs is the second campus that we have occupied. We were originally in Iowa City, and then we moved here to Council Bluffs in 1870. So Iowa School for the Deaf was founded by two men, one who was deaf himself and was taught by the first teacher of the deaf in the United States, in Connecticut, so he moved back home to Iowa after he got his education in Connecticut and realized that he wanted to start a school for the deaf here in Iowa, and then the other man was a father of deaf children, and they went to the Iowa State legislature to lobby for funding to establish a school for the deaf in the state of Iowa. Those two men, Edmund Booth and William </w:t>
      </w:r>
      <w:proofErr w:type="spellStart"/>
      <w:r>
        <w:rPr>
          <w:rFonts w:ascii="Arial" w:hAnsi="Arial"/>
        </w:rPr>
        <w:t>Ijams</w:t>
      </w:r>
      <w:proofErr w:type="spellEnd"/>
      <w:r>
        <w:rPr>
          <w:rFonts w:ascii="Arial" w:hAnsi="Arial"/>
        </w:rPr>
        <w:t>, because of their efforts, we exist as a school, and the intention of our service is to provide education in sign language and English in a bilingual approach for students who learn best that way.</w:t>
      </w:r>
    </w:p>
    <w:p w:rsidR="00B8527D" w:rsidRDefault="00B8527D">
      <w:pPr>
        <w:spacing w:after="0"/>
      </w:pPr>
    </w:p>
    <w:p w:rsidR="00B8527D" w:rsidRDefault="00000000">
      <w:pPr>
        <w:spacing w:after="0"/>
      </w:pPr>
      <w:proofErr w:type="spellStart"/>
      <w:r>
        <w:rPr>
          <w:rFonts w:ascii="Arial" w:hAnsi="Arial"/>
          <w:b/>
        </w:rPr>
        <w:t>Cindie</w:t>
      </w:r>
      <w:proofErr w:type="spellEnd"/>
      <w:r>
        <w:rPr>
          <w:rFonts w:ascii="Arial" w:hAnsi="Arial"/>
          <w:b/>
        </w:rPr>
        <w:t xml:space="preserve"> </w:t>
      </w:r>
      <w:proofErr w:type="spellStart"/>
      <w:proofErr w:type="gramStart"/>
      <w:r>
        <w:rPr>
          <w:rFonts w:ascii="Arial" w:hAnsi="Arial"/>
          <w:b/>
        </w:rPr>
        <w:t>Angeroth</w:t>
      </w:r>
      <w:proofErr w:type="spellEnd"/>
      <w:r>
        <w:rPr>
          <w:rFonts w:ascii="Arial" w:hAnsi="Arial"/>
          <w:b/>
        </w:rPr>
        <w:t xml:space="preserve">  </w:t>
      </w:r>
      <w:r>
        <w:rPr>
          <w:rFonts w:ascii="Arial" w:hAnsi="Arial"/>
          <w:color w:val="5D7284"/>
        </w:rPr>
        <w:t>02:22</w:t>
      </w:r>
      <w:proofErr w:type="gramEnd"/>
    </w:p>
    <w:p w:rsidR="00B8527D" w:rsidRDefault="00000000">
      <w:pPr>
        <w:spacing w:after="0"/>
      </w:pPr>
      <w:r>
        <w:rPr>
          <w:rFonts w:ascii="Arial" w:hAnsi="Arial"/>
        </w:rPr>
        <w:t>Iowa School for the Deaf started in Iowa City in 1855, and it moved to Council Bluffs to this location in 1870. And that's because we outgrew the property in Iowa City, and the citizens of Council Bluffs identified a tract of land that would be very affordable for the state of Iowa, so we were relocated here. Also, at that time, the railroad was just flourishing, and that was a great way for kids across Iowa to come to one location. And that was also the jumping-off point for western part of the country. Right? The railroad was really going to go that way. So that's why we came to land in Council Bluffs.</w:t>
      </w:r>
    </w:p>
    <w:p w:rsidR="00B8527D" w:rsidRDefault="00B8527D">
      <w:pPr>
        <w:spacing w:after="0"/>
      </w:pPr>
    </w:p>
    <w:p w:rsidR="00B8527D" w:rsidRDefault="00000000">
      <w:pPr>
        <w:spacing w:after="0"/>
      </w:pPr>
      <w:r>
        <w:rPr>
          <w:rFonts w:ascii="Arial" w:hAnsi="Arial"/>
          <w:b/>
        </w:rPr>
        <w:t xml:space="preserve">Chris </w:t>
      </w:r>
      <w:proofErr w:type="gramStart"/>
      <w:r>
        <w:rPr>
          <w:rFonts w:ascii="Arial" w:hAnsi="Arial"/>
          <w:b/>
        </w:rPr>
        <w:t xml:space="preserve">Kaftan  </w:t>
      </w:r>
      <w:r>
        <w:rPr>
          <w:rFonts w:ascii="Arial" w:hAnsi="Arial"/>
          <w:color w:val="5D7284"/>
        </w:rPr>
        <w:t>03:02</w:t>
      </w:r>
      <w:proofErr w:type="gramEnd"/>
    </w:p>
    <w:p w:rsidR="00B8527D" w:rsidRDefault="00000000">
      <w:pPr>
        <w:spacing w:after="0"/>
      </w:pPr>
      <w:r>
        <w:rPr>
          <w:rFonts w:ascii="Arial" w:hAnsi="Arial"/>
        </w:rPr>
        <w:t xml:space="preserve">Our students that we have here on campus have a variety of different levels of hearing loss. Some of them use technology like hearing aids, others use no technology and are fully deaf, and some use cochlear implants to assist with access to sound. But we have a lot of students here who go through both sign language and English instruction for all of our students that we have on campus, ranging from age five to 21. We have an elementary program, middle school, and high school, a vocational program. We have what we call our four plus program that focuses on students who are over the age of 18. For those students who are in our four plus program, they work on transitional skills, focusing on getting ready for post-secondary life, whether that's going to college or directly into competitive employment. Those students prepare for college classes. They can take some classes here while we can provide them with support, or they can work on getting employment, finding employment locally, learning about financial literacy, independent living skills, preparing for job interviews, developing their resumes, and obtaining employment. About half of our students that we have currently in our four plus program have paid competitive employment here in Council Bluffs. </w:t>
      </w:r>
      <w:proofErr w:type="gramStart"/>
      <w:r>
        <w:rPr>
          <w:rFonts w:ascii="Arial" w:hAnsi="Arial"/>
        </w:rPr>
        <w:t>So</w:t>
      </w:r>
      <w:proofErr w:type="gramEnd"/>
      <w:r>
        <w:rPr>
          <w:rFonts w:ascii="Arial" w:hAnsi="Arial"/>
        </w:rPr>
        <w:t xml:space="preserve"> we're really excited about the education that we provide for our students that start at age five and all the way through age 21. It's really unique opportunity in the state. We're the only place that has all of our buildings on one campus. Some districts will have an elementary school across town from their middle school, then across town even further from their high school. But we have all of our students here in one place.</w:t>
      </w:r>
    </w:p>
    <w:p w:rsidR="00B8527D" w:rsidRDefault="00B8527D">
      <w:pPr>
        <w:spacing w:after="0"/>
      </w:pPr>
    </w:p>
    <w:p w:rsidR="00B8527D" w:rsidRDefault="00000000">
      <w:pPr>
        <w:spacing w:after="0"/>
      </w:pPr>
      <w:r>
        <w:rPr>
          <w:rFonts w:ascii="Arial" w:hAnsi="Arial"/>
          <w:b/>
        </w:rPr>
        <w:t xml:space="preserve">David </w:t>
      </w:r>
      <w:proofErr w:type="gramStart"/>
      <w:r>
        <w:rPr>
          <w:rFonts w:ascii="Arial" w:hAnsi="Arial"/>
          <w:b/>
        </w:rPr>
        <w:t xml:space="preserve">K  </w:t>
      </w:r>
      <w:r>
        <w:rPr>
          <w:rFonts w:ascii="Arial" w:hAnsi="Arial"/>
          <w:color w:val="5D7284"/>
        </w:rPr>
        <w:t>04:42</w:t>
      </w:r>
      <w:proofErr w:type="gramEnd"/>
    </w:p>
    <w:p w:rsidR="00B8527D" w:rsidRDefault="00000000">
      <w:pPr>
        <w:spacing w:after="0"/>
      </w:pPr>
      <w:r>
        <w:rPr>
          <w:rFonts w:ascii="Arial" w:hAnsi="Arial"/>
        </w:rPr>
        <w:t>Going with just a normal high school and elementary school, what is a typical education day for students who come here? What is it like for a student here living on campus?</w:t>
      </w:r>
    </w:p>
    <w:p w:rsidR="00B8527D" w:rsidRDefault="00B8527D">
      <w:pPr>
        <w:spacing w:after="0"/>
      </w:pPr>
    </w:p>
    <w:p w:rsidR="00B8527D" w:rsidRDefault="00000000">
      <w:pPr>
        <w:spacing w:after="0"/>
      </w:pPr>
      <w:r>
        <w:rPr>
          <w:rFonts w:ascii="Arial" w:hAnsi="Arial"/>
          <w:b/>
        </w:rPr>
        <w:t xml:space="preserve">Chris </w:t>
      </w:r>
      <w:proofErr w:type="gramStart"/>
      <w:r>
        <w:rPr>
          <w:rFonts w:ascii="Arial" w:hAnsi="Arial"/>
          <w:b/>
        </w:rPr>
        <w:t xml:space="preserve">Kaftan  </w:t>
      </w:r>
      <w:r>
        <w:rPr>
          <w:rFonts w:ascii="Arial" w:hAnsi="Arial"/>
          <w:color w:val="5D7284"/>
        </w:rPr>
        <w:t>04:52</w:t>
      </w:r>
      <w:proofErr w:type="gramEnd"/>
    </w:p>
    <w:p w:rsidR="00B8527D" w:rsidRDefault="00000000">
      <w:pPr>
        <w:spacing w:after="0"/>
      </w:pPr>
      <w:r>
        <w:rPr>
          <w:rFonts w:ascii="Arial" w:hAnsi="Arial"/>
        </w:rPr>
        <w:t xml:space="preserve">Not all of our students are residential. We have about 62% of our students stay in our residential program. They live on campus and then they go home every Friday afternoon and come back on Sunday afternoons, and they spend time in their hometown with their families on the weekends. So about 40% of our students are what we call commuter students. A typical day for our students who live in the dorms look like any other day for a kid. They get up in the morning, get ready for school, meet in the cafeteria for breakfast between 7:00 and 7:30, and we start our school day classes at 7:45. So all of our classes start at 7:45, whether you're in elementary school or high school. So elementary kiddos will have morning circle time. They'll have English language arts, math, science, your typical class core curriculum, and then we have specials. We have PE, art, a variety of different classes. And Thursdays is one of the favorite days for our students because they get to go swimming. We have a swimming </w:t>
      </w:r>
      <w:r>
        <w:rPr>
          <w:rFonts w:ascii="Arial" w:hAnsi="Arial"/>
        </w:rPr>
        <w:lastRenderedPageBreak/>
        <w:t>pool here on campus. It's an indoor pool, so we can teach swimming skills on Thursdays during PE class.</w:t>
      </w:r>
    </w:p>
    <w:p w:rsidR="00B8527D" w:rsidRDefault="00B8527D">
      <w:pPr>
        <w:spacing w:after="0"/>
      </w:pPr>
    </w:p>
    <w:p w:rsidR="00B8527D" w:rsidRDefault="00000000">
      <w:pPr>
        <w:spacing w:after="0"/>
      </w:pPr>
      <w:proofErr w:type="spellStart"/>
      <w:r>
        <w:rPr>
          <w:rFonts w:ascii="Arial" w:hAnsi="Arial"/>
          <w:b/>
        </w:rPr>
        <w:t>Cindie</w:t>
      </w:r>
      <w:proofErr w:type="spellEnd"/>
      <w:r>
        <w:rPr>
          <w:rFonts w:ascii="Arial" w:hAnsi="Arial"/>
          <w:b/>
        </w:rPr>
        <w:t xml:space="preserve"> </w:t>
      </w:r>
      <w:proofErr w:type="spellStart"/>
      <w:proofErr w:type="gramStart"/>
      <w:r>
        <w:rPr>
          <w:rFonts w:ascii="Arial" w:hAnsi="Arial"/>
          <w:b/>
        </w:rPr>
        <w:t>Angeroth</w:t>
      </w:r>
      <w:proofErr w:type="spellEnd"/>
      <w:r>
        <w:rPr>
          <w:rFonts w:ascii="Arial" w:hAnsi="Arial"/>
          <w:b/>
        </w:rPr>
        <w:t xml:space="preserve">  </w:t>
      </w:r>
      <w:r>
        <w:rPr>
          <w:rFonts w:ascii="Arial" w:hAnsi="Arial"/>
          <w:color w:val="5D7284"/>
        </w:rPr>
        <w:t>05:58</w:t>
      </w:r>
      <w:proofErr w:type="gramEnd"/>
    </w:p>
    <w:p w:rsidR="00B8527D" w:rsidRDefault="00000000">
      <w:pPr>
        <w:spacing w:after="0"/>
      </w:pPr>
      <w:r>
        <w:rPr>
          <w:rFonts w:ascii="Arial" w:hAnsi="Arial"/>
        </w:rPr>
        <w:t xml:space="preserve">[Showing the rec center.] </w:t>
      </w:r>
      <w:proofErr w:type="gramStart"/>
      <w:r>
        <w:rPr>
          <w:rFonts w:ascii="Arial" w:hAnsi="Arial"/>
        </w:rPr>
        <w:t>So</w:t>
      </w:r>
      <w:proofErr w:type="gramEnd"/>
      <w:r>
        <w:rPr>
          <w:rFonts w:ascii="Arial" w:hAnsi="Arial"/>
        </w:rPr>
        <w:t xml:space="preserve"> the Lied Multi-purpose Complex is our recreation and physical education building. We have a pool in there. We have a large gym, and we have a weight room. But sometimes it's hard for our parents to teach students who are deaf and hard of hearing how to swim, because the parents are hearing. </w:t>
      </w:r>
      <w:proofErr w:type="gramStart"/>
      <w:r>
        <w:rPr>
          <w:rFonts w:ascii="Arial" w:hAnsi="Arial"/>
        </w:rPr>
        <w:t>So</w:t>
      </w:r>
      <w:proofErr w:type="gramEnd"/>
      <w:r>
        <w:rPr>
          <w:rFonts w:ascii="Arial" w:hAnsi="Arial"/>
        </w:rPr>
        <w:t xml:space="preserve"> when you're signing underwater, it can be kind of difficult. </w:t>
      </w:r>
      <w:proofErr w:type="gramStart"/>
      <w:r>
        <w:rPr>
          <w:rFonts w:ascii="Arial" w:hAnsi="Arial"/>
        </w:rPr>
        <w:t>So</w:t>
      </w:r>
      <w:proofErr w:type="gramEnd"/>
      <w:r>
        <w:rPr>
          <w:rFonts w:ascii="Arial" w:hAnsi="Arial"/>
        </w:rPr>
        <w:t xml:space="preserve"> we're really proud that we teach all of our kids how to swim here.</w:t>
      </w:r>
    </w:p>
    <w:p w:rsidR="00B8527D" w:rsidRDefault="00B8527D">
      <w:pPr>
        <w:spacing w:after="0"/>
      </w:pPr>
    </w:p>
    <w:p w:rsidR="00B8527D" w:rsidRDefault="00000000">
      <w:pPr>
        <w:spacing w:after="0"/>
      </w:pPr>
      <w:r>
        <w:rPr>
          <w:rFonts w:ascii="Arial" w:hAnsi="Arial"/>
          <w:b/>
        </w:rPr>
        <w:t xml:space="preserve">Chris </w:t>
      </w:r>
      <w:proofErr w:type="gramStart"/>
      <w:r>
        <w:rPr>
          <w:rFonts w:ascii="Arial" w:hAnsi="Arial"/>
          <w:b/>
        </w:rPr>
        <w:t xml:space="preserve">Kaftan  </w:t>
      </w:r>
      <w:r>
        <w:rPr>
          <w:rFonts w:ascii="Arial" w:hAnsi="Arial"/>
          <w:color w:val="5D7284"/>
        </w:rPr>
        <w:t>06:24</w:t>
      </w:r>
      <w:proofErr w:type="gramEnd"/>
    </w:p>
    <w:p w:rsidR="00B8527D" w:rsidRDefault="00000000">
      <w:pPr>
        <w:spacing w:after="0"/>
      </w:pPr>
      <w:r>
        <w:rPr>
          <w:rFonts w:ascii="Arial" w:hAnsi="Arial"/>
        </w:rPr>
        <w:t xml:space="preserve">But we have to be extra careful in January and February because their hair might freeze after swimming class as they walk across campus. In middle school, we have our regular class that you would expect in any middle school, and we also start working on transition age skills to kind of introduce some of those skills that they'll have to gain before they are ready to graduate and be independent adults. For high school, it's just like any other high school, but we do have a partnership with the school across the street. Lewis Central High School is located right across the street from our campus, and we partner with them to provide courses in their building for our students to take classes that we don't offer here at ISD with a sign language interpreter who accompanies them to interpret those classes. </w:t>
      </w:r>
      <w:proofErr w:type="gramStart"/>
      <w:r>
        <w:rPr>
          <w:rFonts w:ascii="Arial" w:hAnsi="Arial"/>
        </w:rPr>
        <w:t>So</w:t>
      </w:r>
      <w:proofErr w:type="gramEnd"/>
      <w:r>
        <w:rPr>
          <w:rFonts w:ascii="Arial" w:hAnsi="Arial"/>
        </w:rPr>
        <w:t xml:space="preserve"> we have our academic program, and we also have extracurriculars. We have our robotics program. We sent two teams to the world championship last year in Dallas, Texas. We just started our robotics program three years ago, and we already have a very high-caliber program here. We have Battle of the Books, Academic Bowl, we have student organizations, and we have varsity sports. We also have YMCA sports for our elementary and middle school age students. We've got a full schedule.</w:t>
      </w:r>
    </w:p>
    <w:p w:rsidR="00B8527D" w:rsidRDefault="00B8527D">
      <w:pPr>
        <w:spacing w:after="0"/>
      </w:pPr>
    </w:p>
    <w:p w:rsidR="00B8527D" w:rsidRDefault="00000000">
      <w:pPr>
        <w:spacing w:after="0"/>
      </w:pPr>
      <w:proofErr w:type="spellStart"/>
      <w:r>
        <w:rPr>
          <w:rFonts w:ascii="Arial" w:hAnsi="Arial"/>
          <w:b/>
        </w:rPr>
        <w:t>Cindie</w:t>
      </w:r>
      <w:proofErr w:type="spellEnd"/>
      <w:r>
        <w:rPr>
          <w:rFonts w:ascii="Arial" w:hAnsi="Arial"/>
          <w:b/>
        </w:rPr>
        <w:t xml:space="preserve"> </w:t>
      </w:r>
      <w:proofErr w:type="spellStart"/>
      <w:proofErr w:type="gramStart"/>
      <w:r>
        <w:rPr>
          <w:rFonts w:ascii="Arial" w:hAnsi="Arial"/>
          <w:b/>
        </w:rPr>
        <w:t>Angeroth</w:t>
      </w:r>
      <w:proofErr w:type="spellEnd"/>
      <w:r>
        <w:rPr>
          <w:rFonts w:ascii="Arial" w:hAnsi="Arial"/>
          <w:b/>
        </w:rPr>
        <w:t xml:space="preserve">  </w:t>
      </w:r>
      <w:r>
        <w:rPr>
          <w:rFonts w:ascii="Arial" w:hAnsi="Arial"/>
          <w:color w:val="5D7284"/>
        </w:rPr>
        <w:t>07:37</w:t>
      </w:r>
      <w:proofErr w:type="gramEnd"/>
    </w:p>
    <w:p w:rsidR="00B8527D" w:rsidRDefault="00000000">
      <w:pPr>
        <w:spacing w:after="0"/>
      </w:pPr>
      <w:r>
        <w:rPr>
          <w:rFonts w:ascii="Arial" w:hAnsi="Arial"/>
        </w:rPr>
        <w:t>[Showing off football field] I'm waiting for our football team to come out, but we have six-man football be practicing on that field over there.</w:t>
      </w:r>
    </w:p>
    <w:p w:rsidR="00B8527D" w:rsidRDefault="00B8527D">
      <w:pPr>
        <w:spacing w:after="0"/>
      </w:pPr>
    </w:p>
    <w:p w:rsidR="00B8527D" w:rsidRDefault="00000000">
      <w:pPr>
        <w:spacing w:after="0"/>
      </w:pPr>
      <w:r>
        <w:rPr>
          <w:rFonts w:ascii="Arial" w:hAnsi="Arial"/>
          <w:b/>
        </w:rPr>
        <w:t xml:space="preserve">Chris </w:t>
      </w:r>
      <w:proofErr w:type="gramStart"/>
      <w:r>
        <w:rPr>
          <w:rFonts w:ascii="Arial" w:hAnsi="Arial"/>
          <w:b/>
        </w:rPr>
        <w:t xml:space="preserve">Kaftan  </w:t>
      </w:r>
      <w:r>
        <w:rPr>
          <w:rFonts w:ascii="Arial" w:hAnsi="Arial"/>
          <w:color w:val="5D7284"/>
        </w:rPr>
        <w:t>07:45</w:t>
      </w:r>
      <w:proofErr w:type="gramEnd"/>
    </w:p>
    <w:p w:rsidR="00B8527D" w:rsidRDefault="00000000">
      <w:pPr>
        <w:spacing w:after="0"/>
      </w:pPr>
      <w:r>
        <w:rPr>
          <w:rFonts w:ascii="Arial" w:hAnsi="Arial"/>
        </w:rPr>
        <w:t xml:space="preserve">After school, the students are involved in after-school activities or sports, and then in the dorms, all of our staff in the dorms have bachelor's degrees or master's degrees, and the expectation is that they'll be teaching different skills with our students in the dorms after school, so it's not just independent living skills, but also experiences. We want our students to have experiences that they wouldn't necessarily get in their home school districts. Many children are from families that don't know sign language, or sign language isn't their first language. </w:t>
      </w:r>
      <w:proofErr w:type="gramStart"/>
      <w:r>
        <w:rPr>
          <w:rFonts w:ascii="Arial" w:hAnsi="Arial"/>
        </w:rPr>
        <w:t>So</w:t>
      </w:r>
      <w:proofErr w:type="gramEnd"/>
      <w:r>
        <w:rPr>
          <w:rFonts w:ascii="Arial" w:hAnsi="Arial"/>
        </w:rPr>
        <w:t xml:space="preserve"> we provide that environment for our kids here at our school.</w:t>
      </w:r>
    </w:p>
    <w:p w:rsidR="00B8527D" w:rsidRDefault="00B8527D">
      <w:pPr>
        <w:spacing w:after="0"/>
      </w:pPr>
    </w:p>
    <w:p w:rsidR="00B8527D" w:rsidRDefault="00000000">
      <w:pPr>
        <w:spacing w:after="0"/>
      </w:pPr>
      <w:r>
        <w:rPr>
          <w:rFonts w:ascii="Arial" w:hAnsi="Arial"/>
          <w:b/>
        </w:rPr>
        <w:t xml:space="preserve">David </w:t>
      </w:r>
      <w:proofErr w:type="gramStart"/>
      <w:r>
        <w:rPr>
          <w:rFonts w:ascii="Arial" w:hAnsi="Arial"/>
          <w:b/>
        </w:rPr>
        <w:t xml:space="preserve">K  </w:t>
      </w:r>
      <w:r>
        <w:rPr>
          <w:rFonts w:ascii="Arial" w:hAnsi="Arial"/>
          <w:color w:val="5D7284"/>
        </w:rPr>
        <w:t>08:23</w:t>
      </w:r>
      <w:proofErr w:type="gramEnd"/>
    </w:p>
    <w:p w:rsidR="00B8527D" w:rsidRDefault="00000000">
      <w:pPr>
        <w:spacing w:after="0"/>
      </w:pPr>
      <w:r>
        <w:rPr>
          <w:rFonts w:ascii="Arial" w:hAnsi="Arial"/>
        </w:rPr>
        <w:t>That is something that I was curious about learning sign language or ASL. And the blind portion as well for people who are visually impaired. When students come here, do they typically know how to do that, or is this where they're learning it? And then also, you have the immersion aspect of it, which I imagine must be very helpful to have a bunch of other students of varying degrees of ability helping each other. So, can you speak on that?</w:t>
      </w:r>
    </w:p>
    <w:p w:rsidR="00B8527D" w:rsidRDefault="00B8527D">
      <w:pPr>
        <w:spacing w:after="0"/>
      </w:pPr>
    </w:p>
    <w:p w:rsidR="00B8527D" w:rsidRDefault="00000000">
      <w:pPr>
        <w:spacing w:after="0"/>
      </w:pPr>
      <w:r>
        <w:rPr>
          <w:rFonts w:ascii="Arial" w:hAnsi="Arial"/>
          <w:b/>
        </w:rPr>
        <w:t xml:space="preserve">Chris </w:t>
      </w:r>
      <w:proofErr w:type="gramStart"/>
      <w:r>
        <w:rPr>
          <w:rFonts w:ascii="Arial" w:hAnsi="Arial"/>
          <w:b/>
        </w:rPr>
        <w:t xml:space="preserve">Kaftan  </w:t>
      </w:r>
      <w:r>
        <w:rPr>
          <w:rFonts w:ascii="Arial" w:hAnsi="Arial"/>
          <w:color w:val="5D7284"/>
        </w:rPr>
        <w:t>08:49</w:t>
      </w:r>
      <w:proofErr w:type="gramEnd"/>
    </w:p>
    <w:p w:rsidR="00B8527D" w:rsidRDefault="00000000">
      <w:pPr>
        <w:spacing w:after="0"/>
      </w:pPr>
      <w:r>
        <w:rPr>
          <w:rFonts w:ascii="Arial" w:hAnsi="Arial"/>
        </w:rPr>
        <w:t xml:space="preserve">Yes. So, some of our students do arrive here with a foundation in American Sign Language, and some students we receive from their </w:t>
      </w:r>
      <w:proofErr w:type="gramStart"/>
      <w:r>
        <w:rPr>
          <w:rFonts w:ascii="Arial" w:hAnsi="Arial"/>
        </w:rPr>
        <w:t>public school</w:t>
      </w:r>
      <w:proofErr w:type="gramEnd"/>
      <w:r>
        <w:rPr>
          <w:rFonts w:ascii="Arial" w:hAnsi="Arial"/>
        </w:rPr>
        <w:t xml:space="preserve"> districts as a transfer here and do not have any ASL skills or fluency, but we do have teachers here on campus who provide ASL instruction in an immersive approach. </w:t>
      </w:r>
      <w:proofErr w:type="gramStart"/>
      <w:r>
        <w:rPr>
          <w:rFonts w:ascii="Arial" w:hAnsi="Arial"/>
        </w:rPr>
        <w:t>So</w:t>
      </w:r>
      <w:proofErr w:type="gramEnd"/>
      <w:r>
        <w:rPr>
          <w:rFonts w:ascii="Arial" w:hAnsi="Arial"/>
        </w:rPr>
        <w:t xml:space="preserve"> several hours of language instruction every day until the student becomes conversational in American Sign Language, and it is a real unique language. It's a foreign world language, so it takes several years to become completely fluent in American Sign Language, just the same way it would if you wanted to become fluent in any world language. You can't become fluent in Spanish in a month. It's the same thing for American Sign Language. It takes training and conversation, immersion, experience with the language. So, for example, the English word "run" has different meanings, like the water is running, or I'm going to run across </w:t>
      </w:r>
      <w:proofErr w:type="spellStart"/>
      <w:r>
        <w:rPr>
          <w:rFonts w:ascii="Arial" w:hAnsi="Arial"/>
        </w:rPr>
        <w:t>across</w:t>
      </w:r>
      <w:proofErr w:type="spellEnd"/>
      <w:r>
        <w:rPr>
          <w:rFonts w:ascii="Arial" w:hAnsi="Arial"/>
        </w:rPr>
        <w:t xml:space="preserve"> town. So those different meanings all have different signs in American Sign Language. </w:t>
      </w:r>
      <w:proofErr w:type="gramStart"/>
      <w:r>
        <w:rPr>
          <w:rFonts w:ascii="Arial" w:hAnsi="Arial"/>
        </w:rPr>
        <w:t>So</w:t>
      </w:r>
      <w:proofErr w:type="gramEnd"/>
      <w:r>
        <w:rPr>
          <w:rFonts w:ascii="Arial" w:hAnsi="Arial"/>
        </w:rPr>
        <w:t xml:space="preserve"> there's a different word in ASL for every one of those meanings of the word run in English. We provide that. Immersion and instruction here for our students to develop that fluency in both languages. For our blind students in the IESBVI four plus program here on campus, most of them already have </w:t>
      </w:r>
      <w:proofErr w:type="spellStart"/>
      <w:r>
        <w:rPr>
          <w:rFonts w:ascii="Arial" w:hAnsi="Arial"/>
        </w:rPr>
        <w:t>kene</w:t>
      </w:r>
      <w:proofErr w:type="spellEnd"/>
      <w:r>
        <w:rPr>
          <w:rFonts w:ascii="Arial" w:hAnsi="Arial"/>
        </w:rPr>
        <w:t xml:space="preserve"> skills. They were taught by their orientation and mobility specialists in their home school districts. Now, if they don't have those skills, we do have orientation and mobility specialists here who can provide lessons in gaining those skills while they're here on campus. Another thing to keep in mind for our IESBVI students who are blind, this is a new campus for them, so they're not familiar yet with the buildings or the layout of the campus. </w:t>
      </w:r>
      <w:proofErr w:type="gramStart"/>
      <w:r>
        <w:rPr>
          <w:rFonts w:ascii="Arial" w:hAnsi="Arial"/>
        </w:rPr>
        <w:t>So</w:t>
      </w:r>
      <w:proofErr w:type="gramEnd"/>
      <w:r>
        <w:rPr>
          <w:rFonts w:ascii="Arial" w:hAnsi="Arial"/>
        </w:rPr>
        <w:t xml:space="preserve"> they learn to navigate the hallways and the sidewalks. How many steps are in this building, where are the turns in this hallway? </w:t>
      </w:r>
      <w:proofErr w:type="gramStart"/>
      <w:r>
        <w:rPr>
          <w:rFonts w:ascii="Arial" w:hAnsi="Arial"/>
        </w:rPr>
        <w:t>So</w:t>
      </w:r>
      <w:proofErr w:type="gramEnd"/>
      <w:r>
        <w:rPr>
          <w:rFonts w:ascii="Arial" w:hAnsi="Arial"/>
        </w:rPr>
        <w:t xml:space="preserve"> navigating a new campus for them is part of that skill building.</w:t>
      </w:r>
    </w:p>
    <w:p w:rsidR="00B8527D" w:rsidRDefault="00B8527D">
      <w:pPr>
        <w:spacing w:after="0"/>
      </w:pPr>
    </w:p>
    <w:p w:rsidR="00B8527D" w:rsidRDefault="00000000">
      <w:pPr>
        <w:spacing w:after="0"/>
      </w:pPr>
      <w:r>
        <w:rPr>
          <w:rFonts w:ascii="Arial" w:hAnsi="Arial"/>
          <w:b/>
        </w:rPr>
        <w:t xml:space="preserve">David </w:t>
      </w:r>
      <w:proofErr w:type="gramStart"/>
      <w:r>
        <w:rPr>
          <w:rFonts w:ascii="Arial" w:hAnsi="Arial"/>
          <w:b/>
        </w:rPr>
        <w:t xml:space="preserve">K  </w:t>
      </w:r>
      <w:r>
        <w:rPr>
          <w:rFonts w:ascii="Arial" w:hAnsi="Arial"/>
          <w:color w:val="5D7284"/>
        </w:rPr>
        <w:t>10:49</w:t>
      </w:r>
      <w:proofErr w:type="gramEnd"/>
    </w:p>
    <w:p w:rsidR="00B8527D" w:rsidRDefault="00000000">
      <w:pPr>
        <w:spacing w:after="0"/>
      </w:pPr>
      <w:r>
        <w:rPr>
          <w:rFonts w:ascii="Arial" w:hAnsi="Arial"/>
        </w:rPr>
        <w:t xml:space="preserve">When it comes to the students who </w:t>
      </w:r>
      <w:proofErr w:type="spellStart"/>
      <w:r>
        <w:rPr>
          <w:rFonts w:ascii="Arial" w:hAnsi="Arial"/>
        </w:rPr>
        <w:t>who</w:t>
      </w:r>
      <w:proofErr w:type="spellEnd"/>
      <w:r>
        <w:rPr>
          <w:rFonts w:ascii="Arial" w:hAnsi="Arial"/>
        </w:rPr>
        <w:t xml:space="preserve"> happen to stay here, what's their activities like after the end of the day, after </w:t>
      </w:r>
      <w:proofErr w:type="spellStart"/>
      <w:r>
        <w:rPr>
          <w:rFonts w:ascii="Arial" w:hAnsi="Arial"/>
        </w:rPr>
        <w:t>after</w:t>
      </w:r>
      <w:proofErr w:type="spellEnd"/>
      <w:r>
        <w:rPr>
          <w:rFonts w:ascii="Arial" w:hAnsi="Arial"/>
        </w:rPr>
        <w:t xml:space="preserve"> school activities? How does that work?</w:t>
      </w:r>
    </w:p>
    <w:p w:rsidR="00B8527D" w:rsidRDefault="00B8527D">
      <w:pPr>
        <w:spacing w:after="0"/>
      </w:pPr>
    </w:p>
    <w:p w:rsidR="00B8527D" w:rsidRDefault="00000000">
      <w:pPr>
        <w:spacing w:after="0"/>
      </w:pPr>
      <w:r>
        <w:rPr>
          <w:rFonts w:ascii="Arial" w:hAnsi="Arial"/>
          <w:b/>
        </w:rPr>
        <w:t xml:space="preserve">Chris </w:t>
      </w:r>
      <w:proofErr w:type="gramStart"/>
      <w:r>
        <w:rPr>
          <w:rFonts w:ascii="Arial" w:hAnsi="Arial"/>
          <w:b/>
        </w:rPr>
        <w:t xml:space="preserve">Kaftan  </w:t>
      </w:r>
      <w:r>
        <w:rPr>
          <w:rFonts w:ascii="Arial" w:hAnsi="Arial"/>
          <w:color w:val="5D7284"/>
        </w:rPr>
        <w:t>10:59</w:t>
      </w:r>
      <w:proofErr w:type="gramEnd"/>
    </w:p>
    <w:p w:rsidR="00B8527D" w:rsidRDefault="00000000">
      <w:pPr>
        <w:spacing w:after="0"/>
      </w:pPr>
      <w:r>
        <w:rPr>
          <w:rFonts w:ascii="Arial" w:hAnsi="Arial"/>
        </w:rPr>
        <w:t xml:space="preserve">Great question. </w:t>
      </w:r>
      <w:proofErr w:type="gramStart"/>
      <w:r>
        <w:rPr>
          <w:rFonts w:ascii="Arial" w:hAnsi="Arial"/>
        </w:rPr>
        <w:t>So</w:t>
      </w:r>
      <w:proofErr w:type="gramEnd"/>
      <w:r>
        <w:rPr>
          <w:rFonts w:ascii="Arial" w:hAnsi="Arial"/>
        </w:rPr>
        <w:t xml:space="preserve"> our staff don't live here. We have three different shifts. We have our teachers and paras during the day. </w:t>
      </w:r>
      <w:proofErr w:type="gramStart"/>
      <w:r>
        <w:rPr>
          <w:rFonts w:ascii="Arial" w:hAnsi="Arial"/>
        </w:rPr>
        <w:t>So</w:t>
      </w:r>
      <w:proofErr w:type="gramEnd"/>
      <w:r>
        <w:rPr>
          <w:rFonts w:ascii="Arial" w:hAnsi="Arial"/>
        </w:rPr>
        <w:t xml:space="preserve"> while our students are in school, those are the staff that are working with them. And then the dorm staff take over at 3 o'clock </w:t>
      </w:r>
      <w:proofErr w:type="spellStart"/>
      <w:r>
        <w:rPr>
          <w:rFonts w:ascii="Arial" w:hAnsi="Arial"/>
        </w:rPr>
        <w:t>everyday</w:t>
      </w:r>
      <w:proofErr w:type="spellEnd"/>
      <w:r>
        <w:rPr>
          <w:rFonts w:ascii="Arial" w:hAnsi="Arial"/>
        </w:rPr>
        <w:t xml:space="preserve">, and the kids go to the dorms and you know change out of their school clothes, get ready for their sports and activities. </w:t>
      </w:r>
      <w:proofErr w:type="gramStart"/>
      <w:r>
        <w:rPr>
          <w:rFonts w:ascii="Arial" w:hAnsi="Arial"/>
        </w:rPr>
        <w:t>So</w:t>
      </w:r>
      <w:proofErr w:type="gramEnd"/>
      <w:r>
        <w:rPr>
          <w:rFonts w:ascii="Arial" w:hAnsi="Arial"/>
        </w:rPr>
        <w:t xml:space="preserve"> we have that shift of staff until 11 p.m. and then after our students are in bed and for the overnight shift, we have staff who come in and work overnight, starting at 11 p.m. until the morning shift comes in. </w:t>
      </w:r>
      <w:proofErr w:type="gramStart"/>
      <w:r>
        <w:rPr>
          <w:rFonts w:ascii="Arial" w:hAnsi="Arial"/>
        </w:rPr>
        <w:t>So</w:t>
      </w:r>
      <w:proofErr w:type="gramEnd"/>
      <w:r>
        <w:rPr>
          <w:rFonts w:ascii="Arial" w:hAnsi="Arial"/>
        </w:rPr>
        <w:t xml:space="preserve"> we don't have any staff who live on campus. As to the after-school activities, we do have dorm activities where they might go out and do things in the town of Council Bluffs. We have regular visits to the Omaha Zoo with our students, and we go to the Joslyn. I just had a conversation with my director of student life earlier today, and he was telling me that one of the students is working with someone at the Joslyn to talk about potentially having some kind of art activity partnering with the museum for our students, there's a curated event once a month that provides sign language interpretation, and he wasn't even aware of that. </w:t>
      </w:r>
      <w:proofErr w:type="gramStart"/>
      <w:r>
        <w:rPr>
          <w:rFonts w:ascii="Arial" w:hAnsi="Arial"/>
        </w:rPr>
        <w:t>So</w:t>
      </w:r>
      <w:proofErr w:type="gramEnd"/>
      <w:r>
        <w:rPr>
          <w:rFonts w:ascii="Arial" w:hAnsi="Arial"/>
        </w:rPr>
        <w:t xml:space="preserve"> we could continue to build on those partnerships that we already have with the folks in Omaha and Council Bluffs. We also take our students food shopping. We have lessons around cooking skills, so maybe one new recipe a week, which requires them to do meal prep, grocery shopping lists, going to the store and actually doing the grocery shopping and learning budgeting skills. Maybe they'll have </w:t>
      </w:r>
      <w:r>
        <w:rPr>
          <w:rFonts w:ascii="Arial" w:hAnsi="Arial"/>
        </w:rPr>
        <w:lastRenderedPageBreak/>
        <w:t xml:space="preserve">$20 that they have available to them to use to buy all of the ingredients that they need to create and </w:t>
      </w:r>
      <w:proofErr w:type="spellStart"/>
      <w:r>
        <w:rPr>
          <w:rFonts w:ascii="Arial" w:hAnsi="Arial"/>
        </w:rPr>
        <w:t>and</w:t>
      </w:r>
      <w:proofErr w:type="spellEnd"/>
      <w:r>
        <w:rPr>
          <w:rFonts w:ascii="Arial" w:hAnsi="Arial"/>
        </w:rPr>
        <w:t xml:space="preserve"> cook whatever recipe they're working on, and that helps build that </w:t>
      </w:r>
      <w:proofErr w:type="spellStart"/>
      <w:r>
        <w:rPr>
          <w:rFonts w:ascii="Arial" w:hAnsi="Arial"/>
        </w:rPr>
        <w:t>self reliance</w:t>
      </w:r>
      <w:proofErr w:type="spellEnd"/>
      <w:r>
        <w:rPr>
          <w:rFonts w:ascii="Arial" w:hAnsi="Arial"/>
        </w:rPr>
        <w:t xml:space="preserve"> and independence that they can take with them into the world after they graduate.</w:t>
      </w:r>
    </w:p>
    <w:p w:rsidR="00B8527D" w:rsidRDefault="00B8527D">
      <w:pPr>
        <w:spacing w:after="0"/>
      </w:pPr>
    </w:p>
    <w:p w:rsidR="00B8527D" w:rsidRDefault="00000000">
      <w:pPr>
        <w:spacing w:after="0"/>
      </w:pPr>
      <w:r>
        <w:rPr>
          <w:rFonts w:ascii="Arial" w:hAnsi="Arial"/>
          <w:b/>
        </w:rPr>
        <w:t xml:space="preserve">David </w:t>
      </w:r>
      <w:proofErr w:type="gramStart"/>
      <w:r>
        <w:rPr>
          <w:rFonts w:ascii="Arial" w:hAnsi="Arial"/>
          <w:b/>
        </w:rPr>
        <w:t xml:space="preserve">K  </w:t>
      </w:r>
      <w:r>
        <w:rPr>
          <w:rFonts w:ascii="Arial" w:hAnsi="Arial"/>
          <w:color w:val="5D7284"/>
        </w:rPr>
        <w:t>12:54</w:t>
      </w:r>
      <w:proofErr w:type="gramEnd"/>
    </w:p>
    <w:p w:rsidR="00B8527D" w:rsidRDefault="00000000">
      <w:pPr>
        <w:spacing w:after="0"/>
      </w:pPr>
      <w:r>
        <w:rPr>
          <w:rFonts w:ascii="Arial" w:hAnsi="Arial"/>
        </w:rPr>
        <w:t xml:space="preserve">Is it primarily Iowa, and does it go all the way to the </w:t>
      </w:r>
      <w:proofErr w:type="spellStart"/>
      <w:r>
        <w:rPr>
          <w:rFonts w:ascii="Arial" w:hAnsi="Arial"/>
        </w:rPr>
        <w:t>the</w:t>
      </w:r>
      <w:proofErr w:type="spellEnd"/>
      <w:r>
        <w:rPr>
          <w:rFonts w:ascii="Arial" w:hAnsi="Arial"/>
        </w:rPr>
        <w:t xml:space="preserve"> eastern border of it? How does the student body work? What's the population mainly coming from?</w:t>
      </w:r>
    </w:p>
    <w:p w:rsidR="00B8527D" w:rsidRDefault="00B8527D">
      <w:pPr>
        <w:spacing w:after="0"/>
      </w:pPr>
    </w:p>
    <w:p w:rsidR="00B8527D" w:rsidRDefault="00000000">
      <w:pPr>
        <w:spacing w:after="0"/>
      </w:pPr>
      <w:r>
        <w:rPr>
          <w:rFonts w:ascii="Arial" w:hAnsi="Arial"/>
          <w:b/>
        </w:rPr>
        <w:t xml:space="preserve">Chris </w:t>
      </w:r>
      <w:proofErr w:type="gramStart"/>
      <w:r>
        <w:rPr>
          <w:rFonts w:ascii="Arial" w:hAnsi="Arial"/>
          <w:b/>
        </w:rPr>
        <w:t xml:space="preserve">Kaftan  </w:t>
      </w:r>
      <w:r>
        <w:rPr>
          <w:rFonts w:ascii="Arial" w:hAnsi="Arial"/>
          <w:color w:val="5D7284"/>
        </w:rPr>
        <w:t>13:02</w:t>
      </w:r>
      <w:proofErr w:type="gramEnd"/>
    </w:p>
    <w:p w:rsidR="00B8527D" w:rsidRDefault="00000000">
      <w:pPr>
        <w:spacing w:after="0"/>
      </w:pPr>
      <w:r>
        <w:rPr>
          <w:rFonts w:ascii="Arial" w:hAnsi="Arial"/>
        </w:rPr>
        <w:t>Any student with hearing loss who lives in Iowa is eligible to be a student here with us. That is the only criteria, and the same applies to students in Nebraska. If there is a student in Nebraska with hearing loss, they are allowed to ask within their school for an out-of-state placement here at Iowa School for the Deaf. We have a 750-mile radius of students that we can accept here, all the way to the eastern border of Iowa and the state of Nebraska. And our students travel across the state every Friday and every Sunday throughout the school year. Some of them all the way to the eastern side of the state, four or five hours each way, and they go every Friday and come back every Sunday. We used to have a student who lived in Lexington, Nebraska, but that student has graduated. But that was the farthest that we had driven in the state of Nebraska to transport students here. We have students from Kearney and Grand Island. Most of the students that we serve are in the Omaha metro area, Ralston, La Vista, Gretna, Omaha itself, Fremont. So that area is typically where we're having students come to attend. Western side of the state, we're seeing less enrollment, but we will accept students all the way to the western edge of Nebraska, and in Iowa we serve students from every corner of the state. We have many of our students who are from the Davenport or Cedar Rapids areas.</w:t>
      </w:r>
    </w:p>
    <w:p w:rsidR="00B8527D" w:rsidRDefault="00B8527D">
      <w:pPr>
        <w:spacing w:after="0"/>
      </w:pPr>
    </w:p>
    <w:p w:rsidR="00B8527D" w:rsidRDefault="00000000">
      <w:pPr>
        <w:spacing w:after="0"/>
      </w:pPr>
      <w:r>
        <w:rPr>
          <w:rFonts w:ascii="Arial" w:hAnsi="Arial"/>
          <w:b/>
        </w:rPr>
        <w:t xml:space="preserve">David </w:t>
      </w:r>
      <w:proofErr w:type="gramStart"/>
      <w:r>
        <w:rPr>
          <w:rFonts w:ascii="Arial" w:hAnsi="Arial"/>
          <w:b/>
        </w:rPr>
        <w:t xml:space="preserve">K  </w:t>
      </w:r>
      <w:r>
        <w:rPr>
          <w:rFonts w:ascii="Arial" w:hAnsi="Arial"/>
          <w:color w:val="5D7284"/>
        </w:rPr>
        <w:t>14:32</w:t>
      </w:r>
      <w:proofErr w:type="gramEnd"/>
    </w:p>
    <w:p w:rsidR="00B8527D" w:rsidRDefault="00000000">
      <w:pPr>
        <w:spacing w:after="0"/>
      </w:pPr>
      <w:proofErr w:type="gramStart"/>
      <w:r>
        <w:rPr>
          <w:rFonts w:ascii="Arial" w:hAnsi="Arial"/>
        </w:rPr>
        <w:t>So</w:t>
      </w:r>
      <w:proofErr w:type="gramEnd"/>
      <w:r>
        <w:rPr>
          <w:rFonts w:ascii="Arial" w:hAnsi="Arial"/>
        </w:rPr>
        <w:t xml:space="preserve"> for placement, how does that usually work? Is it something that the school refers students here, or can parents say this is going to be good for my child?</w:t>
      </w:r>
    </w:p>
    <w:p w:rsidR="00B8527D" w:rsidRDefault="00B8527D">
      <w:pPr>
        <w:spacing w:after="0"/>
      </w:pPr>
    </w:p>
    <w:p w:rsidR="00B8527D" w:rsidRDefault="00000000">
      <w:pPr>
        <w:spacing w:after="0"/>
      </w:pPr>
      <w:r>
        <w:rPr>
          <w:rFonts w:ascii="Arial" w:hAnsi="Arial"/>
          <w:b/>
        </w:rPr>
        <w:t xml:space="preserve">Chris </w:t>
      </w:r>
      <w:proofErr w:type="gramStart"/>
      <w:r>
        <w:rPr>
          <w:rFonts w:ascii="Arial" w:hAnsi="Arial"/>
          <w:b/>
        </w:rPr>
        <w:t xml:space="preserve">Kaftan  </w:t>
      </w:r>
      <w:r>
        <w:rPr>
          <w:rFonts w:ascii="Arial" w:hAnsi="Arial"/>
          <w:color w:val="5D7284"/>
        </w:rPr>
        <w:t>14:40</w:t>
      </w:r>
      <w:proofErr w:type="gramEnd"/>
    </w:p>
    <w:p w:rsidR="00B8527D" w:rsidRDefault="00000000">
      <w:pPr>
        <w:spacing w:after="0"/>
      </w:pPr>
      <w:proofErr w:type="gramStart"/>
      <w:r>
        <w:rPr>
          <w:rFonts w:ascii="Arial" w:hAnsi="Arial"/>
        </w:rPr>
        <w:t>So</w:t>
      </w:r>
      <w:proofErr w:type="gramEnd"/>
      <w:r>
        <w:rPr>
          <w:rFonts w:ascii="Arial" w:hAnsi="Arial"/>
        </w:rPr>
        <w:t xml:space="preserve"> Nebraska has ESUs, the special education units that are within school districts and communities. In Iowa, we have AEAs, area education agencies, which are the same concept as the ESUs in Nebraska. In Iowa, the AEAs will make those referrals. Sometimes school districts will make. Those referrals, and that referral is to consider placement, and then we have an IEP intake meeting to consider whether or not that child meets the qualifications to be placed here. So, for example, we would need to see their audiogram that shows that they have hearing loss, and we would look at their IEPs, their age range. </w:t>
      </w:r>
      <w:proofErr w:type="gramStart"/>
      <w:r>
        <w:rPr>
          <w:rFonts w:ascii="Arial" w:hAnsi="Arial"/>
        </w:rPr>
        <w:t>Four and five year old</w:t>
      </w:r>
      <w:proofErr w:type="gramEnd"/>
      <w:r>
        <w:rPr>
          <w:rFonts w:ascii="Arial" w:hAnsi="Arial"/>
        </w:rPr>
        <w:t xml:space="preserve"> students don't often have IEPs that are developed yet, so we would work to develop that based on their current level of performance. The process itself is to set up an IEP team meeting to discuss eligibility and FAPE, which is Free and Appropriate Public Education, which is from the federal law that says that any child with a disability is entitled to a free and appropriate public education experience, and that's what we provide here. As long as the IEP team agrees that this is the right place for that child to be, any child in the state of Iowa is eligible to come here at no cost at all to families or the school districts. We provide everything from A to Z for no cost. Students who come from Nebraska will have tuition charged to the school district to pay for the students' education and board here. We do have an MOU, a memorandum of understanding, with the Department of Education within </w:t>
      </w:r>
      <w:r>
        <w:rPr>
          <w:rFonts w:ascii="Arial" w:hAnsi="Arial"/>
        </w:rPr>
        <w:lastRenderedPageBreak/>
        <w:t>the state of Nebraska, so that we can accept deaf and hard of hearing students from Nebraska here at ISD.</w:t>
      </w:r>
    </w:p>
    <w:p w:rsidR="00B8527D" w:rsidRDefault="00B8527D">
      <w:pPr>
        <w:spacing w:after="0"/>
      </w:pPr>
    </w:p>
    <w:p w:rsidR="00B8527D" w:rsidRDefault="00000000">
      <w:pPr>
        <w:spacing w:after="0"/>
      </w:pPr>
      <w:r>
        <w:rPr>
          <w:rFonts w:ascii="Arial" w:hAnsi="Arial"/>
          <w:b/>
        </w:rPr>
        <w:t xml:space="preserve">David </w:t>
      </w:r>
      <w:proofErr w:type="gramStart"/>
      <w:r>
        <w:rPr>
          <w:rFonts w:ascii="Arial" w:hAnsi="Arial"/>
          <w:b/>
        </w:rPr>
        <w:t xml:space="preserve">K  </w:t>
      </w:r>
      <w:r>
        <w:rPr>
          <w:rFonts w:ascii="Arial" w:hAnsi="Arial"/>
          <w:color w:val="5D7284"/>
        </w:rPr>
        <w:t>16:23</w:t>
      </w:r>
      <w:proofErr w:type="gramEnd"/>
    </w:p>
    <w:p w:rsidR="00B8527D" w:rsidRDefault="00000000">
      <w:pPr>
        <w:spacing w:after="0"/>
      </w:pPr>
      <w:r>
        <w:rPr>
          <w:rFonts w:ascii="Arial" w:hAnsi="Arial"/>
        </w:rPr>
        <w:t>Parents want their kids to succeed. When parents encounter situations where their child may need something like this, how do you make the sell that this is going to be good for your student? Or is there ever resistance? What're the selling points as to why this is important and actually beneficial to have your child in this immersive environment.</w:t>
      </w:r>
    </w:p>
    <w:p w:rsidR="00B8527D" w:rsidRDefault="00B8527D">
      <w:pPr>
        <w:spacing w:after="0"/>
      </w:pPr>
    </w:p>
    <w:p w:rsidR="00B8527D" w:rsidRDefault="00000000">
      <w:pPr>
        <w:spacing w:after="0"/>
      </w:pPr>
      <w:r>
        <w:rPr>
          <w:rFonts w:ascii="Arial" w:hAnsi="Arial"/>
          <w:b/>
        </w:rPr>
        <w:t xml:space="preserve">Chris </w:t>
      </w:r>
      <w:proofErr w:type="gramStart"/>
      <w:r>
        <w:rPr>
          <w:rFonts w:ascii="Arial" w:hAnsi="Arial"/>
          <w:b/>
        </w:rPr>
        <w:t xml:space="preserve">Kaftan  </w:t>
      </w:r>
      <w:r>
        <w:rPr>
          <w:rFonts w:ascii="Arial" w:hAnsi="Arial"/>
          <w:color w:val="5D7284"/>
        </w:rPr>
        <w:t>16:45</w:t>
      </w:r>
      <w:proofErr w:type="gramEnd"/>
    </w:p>
    <w:p w:rsidR="00B8527D" w:rsidRDefault="00000000">
      <w:pPr>
        <w:spacing w:after="0"/>
      </w:pPr>
      <w:r>
        <w:rPr>
          <w:rFonts w:ascii="Arial" w:hAnsi="Arial"/>
        </w:rPr>
        <w:t xml:space="preserve">So, I'd like to answer that by providing a visual description. So, imagine that you have a deaf child or a blind child. Imagine that within the community where you live, maybe the school district that you have is able to provide a sign language interpreter for your deaf child, so now they have access to the information from the teacher. But what about their classmate who sits next to them and doesn't know sign language? And every classmate that they have doesn't know sign language, so they're already missing out on communication access, on connection with their peers. There's a difference there, and they'll notice that. They'll notice that the only interaction that they have all day long in a language that they use is at their sign language interpreter, and they'll be looking at that same interpreter all day long. That interpreter is responsible for relaying information and communication about what's happening in the classroom in every classroom. Now, in a school for the deaf like ISD, your child would have access to conversations with their classmates. They can understand when their classmates ask a question to the teacher. They can feel like they have classmates that are like them. They don't feel isolated or singled out. That's something that a school for the deaf can offer that a regular classroom can't. We also understand the importance of time at home and family values and connection with family members, but the thing that's often missing is communication. </w:t>
      </w:r>
      <w:proofErr w:type="gramStart"/>
      <w:r>
        <w:rPr>
          <w:rFonts w:ascii="Arial" w:hAnsi="Arial"/>
        </w:rPr>
        <w:t>So</w:t>
      </w:r>
      <w:proofErr w:type="gramEnd"/>
      <w:r>
        <w:rPr>
          <w:rFonts w:ascii="Arial" w:hAnsi="Arial"/>
        </w:rPr>
        <w:t xml:space="preserve"> we emphasize the term of access labor. So what access labor is </w:t>
      </w:r>
      <w:proofErr w:type="spellStart"/>
      <w:r>
        <w:rPr>
          <w:rFonts w:ascii="Arial" w:hAnsi="Arial"/>
        </w:rPr>
        <w:t>is</w:t>
      </w:r>
      <w:proofErr w:type="spellEnd"/>
      <w:r>
        <w:rPr>
          <w:rFonts w:ascii="Arial" w:hAnsi="Arial"/>
        </w:rPr>
        <w:t xml:space="preserve"> the extra work that, for example, I as a deaf person have to do to get the same information that my counterparts who can hear don't have to do. So that access labor will be less for deaf and hard of hearing students who come to a school for the deaf because they don't have to fight for access anymore because the access is built in. They have 100% access to their teachers, their peers, the cafeteria staff-they can say hello to the cafeteria staff. They can tell them that they want the hamburger. In a public school, you can't do that. You point at what you want and hope that that works. </w:t>
      </w:r>
      <w:proofErr w:type="gramStart"/>
      <w:r>
        <w:rPr>
          <w:rFonts w:ascii="Arial" w:hAnsi="Arial"/>
        </w:rPr>
        <w:t>So</w:t>
      </w:r>
      <w:proofErr w:type="gramEnd"/>
      <w:r>
        <w:rPr>
          <w:rFonts w:ascii="Arial" w:hAnsi="Arial"/>
        </w:rPr>
        <w:t xml:space="preserve"> the difference and the way that I would sell this to people is really come and visit the school, come see our campus, and see all of the benefits that your student could have by coming here. If you want to know more about us, we have a website that's easy to remember. It's iowaschoolforthedeaf.org. Visit our website. There's plenty of information there. Learn about our residential programs and how you can apply, sign up for a visit, the pictures of our beautiful campus and our videos that we have to show what we have here, our beautiful 54 acres of our campus. We've been here in the same spot since 1870, We're very proud of our beautiful historical campus here and all of the charm that it brings. </w:t>
      </w:r>
      <w:proofErr w:type="gramStart"/>
      <w:r>
        <w:rPr>
          <w:rFonts w:ascii="Arial" w:hAnsi="Arial"/>
        </w:rPr>
        <w:t>So</w:t>
      </w:r>
      <w:proofErr w:type="gramEnd"/>
      <w:r>
        <w:rPr>
          <w:rFonts w:ascii="Arial" w:hAnsi="Arial"/>
        </w:rPr>
        <w:t xml:space="preserve"> visit our website iowaschoforththedeaf.org, reach out to us, schedule a visit, and come see us. We'd be happy to have you.</w:t>
      </w:r>
    </w:p>
    <w:p w:rsidR="00B8527D" w:rsidRDefault="00B8527D">
      <w:pPr>
        <w:spacing w:after="0"/>
      </w:pPr>
    </w:p>
    <w:p w:rsidR="00B8527D" w:rsidRDefault="00000000">
      <w:pPr>
        <w:spacing w:after="0"/>
      </w:pPr>
      <w:r>
        <w:rPr>
          <w:rFonts w:ascii="Arial" w:hAnsi="Arial"/>
          <w:b/>
        </w:rPr>
        <w:t xml:space="preserve">David </w:t>
      </w:r>
      <w:proofErr w:type="gramStart"/>
      <w:r>
        <w:rPr>
          <w:rFonts w:ascii="Arial" w:hAnsi="Arial"/>
          <w:b/>
        </w:rPr>
        <w:t xml:space="preserve">K  </w:t>
      </w:r>
      <w:r>
        <w:rPr>
          <w:rFonts w:ascii="Arial" w:hAnsi="Arial"/>
          <w:color w:val="5D7284"/>
        </w:rPr>
        <w:t>19:50</w:t>
      </w:r>
      <w:proofErr w:type="gramEnd"/>
    </w:p>
    <w:p w:rsidR="00B8527D" w:rsidRDefault="00000000">
      <w:pPr>
        <w:spacing w:after="0"/>
      </w:pPr>
      <w:r>
        <w:rPr>
          <w:rFonts w:ascii="Arial" w:hAnsi="Arial"/>
        </w:rPr>
        <w:t>For KIOS, I'm David Koesters.</w:t>
      </w:r>
    </w:p>
    <w:sectPr w:rsidR="00B8527D" w:rsidSect="001216B9">
      <w:footerReference w:type="even" r:id="rId8"/>
      <w:footerReference w:type="default" r:id="rId9"/>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41FD1" w:rsidRDefault="00541FD1">
      <w:pPr>
        <w:spacing w:after="0" w:line="240" w:lineRule="auto"/>
      </w:pPr>
      <w:r>
        <w:separator/>
      </w:r>
    </w:p>
  </w:endnote>
  <w:endnote w:type="continuationSeparator" w:id="0">
    <w:p w:rsidR="00541FD1" w:rsidRDefault="00541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Content>
      <w:p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Content>
      <w:p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Content>
      <w:p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002D6650" w:rsidRPr="009C3AF0">
      <w:rPr>
        <w:rFonts w:ascii="Arial" w:hAnsi="Arial" w:cs="Arial"/>
        <w:color w:val="BFBFBF" w:themeColor="background1" w:themeShade="B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41FD1" w:rsidRDefault="00541FD1">
      <w:pPr>
        <w:spacing w:after="0" w:line="240" w:lineRule="auto"/>
      </w:pPr>
      <w:r>
        <w:separator/>
      </w:r>
    </w:p>
  </w:footnote>
  <w:footnote w:type="continuationSeparator" w:id="0">
    <w:p w:rsidR="00541FD1" w:rsidRDefault="00541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85158057">
    <w:abstractNumId w:val="8"/>
  </w:num>
  <w:num w:numId="2" w16cid:durableId="94403917">
    <w:abstractNumId w:val="6"/>
  </w:num>
  <w:num w:numId="3" w16cid:durableId="57099995">
    <w:abstractNumId w:val="5"/>
  </w:num>
  <w:num w:numId="4" w16cid:durableId="1244334061">
    <w:abstractNumId w:val="4"/>
  </w:num>
  <w:num w:numId="5" w16cid:durableId="1729375662">
    <w:abstractNumId w:val="7"/>
  </w:num>
  <w:num w:numId="6" w16cid:durableId="1674603407">
    <w:abstractNumId w:val="3"/>
  </w:num>
  <w:num w:numId="7" w16cid:durableId="455878320">
    <w:abstractNumId w:val="2"/>
  </w:num>
  <w:num w:numId="8" w16cid:durableId="1950701393">
    <w:abstractNumId w:val="1"/>
  </w:num>
  <w:num w:numId="9" w16cid:durableId="1661228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2D6650"/>
    <w:rsid w:val="00326F90"/>
    <w:rsid w:val="004A641F"/>
    <w:rsid w:val="004B593C"/>
    <w:rsid w:val="00541FD1"/>
    <w:rsid w:val="006E2A8C"/>
    <w:rsid w:val="007749AF"/>
    <w:rsid w:val="00794EBC"/>
    <w:rsid w:val="00930F33"/>
    <w:rsid w:val="009C3AF0"/>
    <w:rsid w:val="00A12EE5"/>
    <w:rsid w:val="00AA1D8D"/>
    <w:rsid w:val="00B47730"/>
    <w:rsid w:val="00B8527D"/>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F88D78"/>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3005</Words>
  <Characters>17133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20098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David Koesters</cp:lastModifiedBy>
  <cp:revision>8</cp:revision>
  <dcterms:created xsi:type="dcterms:W3CDTF">2019-09-10T23:59:00Z</dcterms:created>
  <dcterms:modified xsi:type="dcterms:W3CDTF">2026-08-12T07:52:00Z</dcterms:modified>
  <cp:category/>
</cp:coreProperties>
</file>