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0F33" w:rsidRDefault="00930F33">
      <w:pPr>
        <w:spacing w:after="0"/>
        <w:rPr>
          <w:lang w:eastAsia="zh-CN"/>
        </w:rPr>
      </w:pPr>
    </w:p>
    <w:p w:rsidR="00CA289D" w:rsidRDefault="00000000">
      <w:r>
        <w:rPr>
          <w:rFonts w:ascii="Arial" w:hAnsi="Arial"/>
          <w:sz w:val="48"/>
        </w:rPr>
        <w:t>KIOS Profiles</w:t>
      </w:r>
      <w:r w:rsidR="005247F1">
        <w:rPr>
          <w:rFonts w:ascii="Arial" w:hAnsi="Arial"/>
          <w:sz w:val="48"/>
        </w:rPr>
        <w:t>:</w:t>
      </w:r>
      <w:r>
        <w:rPr>
          <w:rFonts w:ascii="Arial" w:hAnsi="Arial"/>
          <w:sz w:val="48"/>
        </w:rPr>
        <w:t xml:space="preserve"> I</w:t>
      </w:r>
      <w:r w:rsidR="005247F1">
        <w:rPr>
          <w:rFonts w:ascii="Arial" w:hAnsi="Arial"/>
          <w:sz w:val="48"/>
        </w:rPr>
        <w:t>owa</w:t>
      </w:r>
      <w:r>
        <w:rPr>
          <w:rFonts w:ascii="Arial" w:hAnsi="Arial"/>
          <w:sz w:val="48"/>
        </w:rPr>
        <w:t xml:space="preserve"> School for the Deaf</w:t>
      </w:r>
    </w:p>
    <w:p w:rsidR="00CA289D" w:rsidRDefault="00CA289D">
      <w:pPr>
        <w:spacing w:after="0"/>
      </w:pPr>
    </w:p>
    <w:p w:rsidR="00CA289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00:00</w:t>
      </w:r>
      <w:proofErr w:type="gramEnd"/>
    </w:p>
    <w:p w:rsidR="00CA289D" w:rsidRDefault="00000000">
      <w:pPr>
        <w:spacing w:after="0"/>
      </w:pPr>
      <w:proofErr w:type="gramStart"/>
      <w:r>
        <w:rPr>
          <w:rFonts w:ascii="Arial" w:hAnsi="Arial"/>
        </w:rPr>
        <w:t>So</w:t>
      </w:r>
      <w:proofErr w:type="gramEnd"/>
      <w:r>
        <w:rPr>
          <w:rFonts w:ascii="Arial" w:hAnsi="Arial"/>
        </w:rPr>
        <w:t xml:space="preserve"> we've been in operation for 170 years, providing educational services for both deaf and blind students in the state of Iowa since basically when Iowa became a state.</w:t>
      </w:r>
    </w:p>
    <w:p w:rsidR="00CA289D" w:rsidRDefault="00CA289D">
      <w:pPr>
        <w:spacing w:after="0"/>
      </w:pPr>
    </w:p>
    <w:p w:rsidR="00CA289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00:10</w:t>
      </w:r>
      <w:proofErr w:type="gramEnd"/>
    </w:p>
    <w:p w:rsidR="00CA289D" w:rsidRDefault="00000000">
      <w:pPr>
        <w:spacing w:after="0"/>
      </w:pPr>
      <w:r>
        <w:rPr>
          <w:rFonts w:ascii="Arial" w:hAnsi="Arial"/>
        </w:rPr>
        <w:t>We are in Council Bluffs visiting one of the distinctive educational programs in the area. For today's profile, we're learning about the Iowa School for the Deaf.</w:t>
      </w:r>
    </w:p>
    <w:p w:rsidR="00CA289D" w:rsidRDefault="00CA289D">
      <w:pPr>
        <w:spacing w:after="0"/>
      </w:pPr>
    </w:p>
    <w:p w:rsidR="00CA289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00:20</w:t>
      </w:r>
      <w:proofErr w:type="gramEnd"/>
    </w:p>
    <w:p w:rsidR="005247F1" w:rsidRDefault="00000000">
      <w:pPr>
        <w:spacing w:after="0"/>
        <w:rPr>
          <w:rFonts w:ascii="Arial" w:hAnsi="Arial"/>
        </w:rPr>
      </w:pPr>
      <w:r>
        <w:rPr>
          <w:rFonts w:ascii="Arial" w:hAnsi="Arial"/>
        </w:rPr>
        <w:t xml:space="preserve">I'm Chris Kaftan. I'm the superintendent here at Iowa School for the Deaf, as well as Iowa Educational Services for the Blind and Visually Impaired. For listeners, you might be wondering about hearing a female voice for a male superintendent. That's the voice of my sign language interpreter. </w:t>
      </w:r>
    </w:p>
    <w:p w:rsidR="005247F1" w:rsidRDefault="005247F1">
      <w:pPr>
        <w:spacing w:after="0"/>
        <w:rPr>
          <w:rFonts w:ascii="Arial" w:hAnsi="Arial"/>
        </w:rPr>
      </w:pPr>
    </w:p>
    <w:p w:rsidR="00CA289D" w:rsidRDefault="00000000">
      <w:pPr>
        <w:spacing w:after="0"/>
      </w:pPr>
      <w:r>
        <w:rPr>
          <w:rFonts w:ascii="Arial" w:hAnsi="Arial"/>
        </w:rPr>
        <w:t>So Iowa School for the Deaf was founded by two men, one who was deaf himself and was taught by the first teacher of the deaf in the United States in Connecticut, and then the other man was a father of deaf children, and they went to the Iowa State Legislature to establish a school for the deaf in the state of Iowa. Because of their efforts, we exist as a school, and the intention of our services to provide education in sign language and English in a bilingual approach for students who learn best that way. Our students have a variety of different levels of hearing loss. Some of them use technology like hearing aids. Others use no technology and are fully deaf. And some use cochlear implants. We serve a total of close to 1000 students combined, ranging from age five to 21.</w:t>
      </w:r>
    </w:p>
    <w:p w:rsidR="00CA289D" w:rsidRDefault="00CA289D">
      <w:pPr>
        <w:spacing w:after="0"/>
      </w:pPr>
    </w:p>
    <w:p w:rsidR="00CA289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01:25</w:t>
      </w:r>
      <w:proofErr w:type="gramEnd"/>
    </w:p>
    <w:p w:rsidR="00CA289D" w:rsidRDefault="00000000">
      <w:pPr>
        <w:spacing w:after="0"/>
      </w:pPr>
      <w:r>
        <w:rPr>
          <w:rFonts w:ascii="Arial" w:hAnsi="Arial"/>
        </w:rPr>
        <w:t>So, what is it like for a student here living on campus?</w:t>
      </w:r>
    </w:p>
    <w:p w:rsidR="00CA289D" w:rsidRDefault="00CA289D">
      <w:pPr>
        <w:spacing w:after="0"/>
      </w:pPr>
    </w:p>
    <w:p w:rsidR="00CA289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01:29</w:t>
      </w:r>
      <w:proofErr w:type="gramEnd"/>
    </w:p>
    <w:p w:rsidR="005247F1" w:rsidRDefault="00000000">
      <w:pPr>
        <w:spacing w:after="0"/>
        <w:rPr>
          <w:rFonts w:ascii="Arial" w:hAnsi="Arial"/>
        </w:rPr>
      </w:pPr>
      <w:r>
        <w:rPr>
          <w:rFonts w:ascii="Arial" w:hAnsi="Arial"/>
        </w:rPr>
        <w:t xml:space="preserve">About 62% of our students stay in our residential program. They live on campus and then they go home every Friday afternoon and come back on Sunday afternoons. A typical day for our students </w:t>
      </w:r>
      <w:proofErr w:type="gramStart"/>
      <w:r>
        <w:rPr>
          <w:rFonts w:ascii="Arial" w:hAnsi="Arial"/>
        </w:rPr>
        <w:t>look</w:t>
      </w:r>
      <w:proofErr w:type="gramEnd"/>
      <w:r>
        <w:rPr>
          <w:rFonts w:ascii="Arial" w:hAnsi="Arial"/>
        </w:rPr>
        <w:t xml:space="preserve"> like any other day for a kid. They'll have English language arts, math, science, your typical class core curriculum, and then we have specials. We have PE, art, a variety of different classes. And Thursdays is one of the favorite days for our students because they get to go swimming. We also start working on transition age skills to kind of introduce some of those skills that they'll have to gain before they are ready to graduate and be independent adults.</w:t>
      </w:r>
    </w:p>
    <w:p w:rsidR="005247F1" w:rsidRDefault="005247F1">
      <w:pPr>
        <w:spacing w:after="0"/>
        <w:rPr>
          <w:rFonts w:ascii="Arial" w:hAnsi="Arial"/>
        </w:rPr>
      </w:pPr>
    </w:p>
    <w:p w:rsidR="005247F1" w:rsidRDefault="00000000">
      <w:pPr>
        <w:spacing w:after="0"/>
        <w:rPr>
          <w:rFonts w:ascii="Arial" w:hAnsi="Arial"/>
        </w:rPr>
      </w:pPr>
      <w:r>
        <w:rPr>
          <w:rFonts w:ascii="Arial" w:hAnsi="Arial"/>
        </w:rPr>
        <w:t xml:space="preserve">For high school, Lewis Central High School is located right across the street from our campus, and we partner with them to provide courses in their building to take classes that we don't offer here at ISD with a sign language interpreter who accompanies them to interpret those classes. </w:t>
      </w:r>
      <w:proofErr w:type="gramStart"/>
      <w:r>
        <w:rPr>
          <w:rFonts w:ascii="Arial" w:hAnsi="Arial"/>
        </w:rPr>
        <w:t>So</w:t>
      </w:r>
      <w:proofErr w:type="gramEnd"/>
      <w:r>
        <w:rPr>
          <w:rFonts w:ascii="Arial" w:hAnsi="Arial"/>
        </w:rPr>
        <w:t xml:space="preserve"> we have our academic program, and we also have extracurriculars. We have our robotics program. We sent two teams to the world championship last year. We have Battle of the Books, Academic Bowl. We have </w:t>
      </w:r>
      <w:r>
        <w:rPr>
          <w:rFonts w:ascii="Arial" w:hAnsi="Arial"/>
        </w:rPr>
        <w:lastRenderedPageBreak/>
        <w:t xml:space="preserve">student organizations, and we have varsity sports. And then in the dorms, all of our staff in the dorms have bachelor's degrees or master's degrees, and the expectation is that they'll be teaching different skills with our students in the dorms after school. </w:t>
      </w:r>
    </w:p>
    <w:p w:rsidR="005247F1" w:rsidRDefault="005247F1">
      <w:pPr>
        <w:spacing w:after="0"/>
        <w:rPr>
          <w:rFonts w:ascii="Arial" w:hAnsi="Arial"/>
        </w:rPr>
      </w:pPr>
    </w:p>
    <w:p w:rsidR="00CA289D" w:rsidRDefault="00000000">
      <w:pPr>
        <w:spacing w:after="0"/>
      </w:pPr>
      <w:r>
        <w:rPr>
          <w:rFonts w:ascii="Arial" w:hAnsi="Arial"/>
        </w:rPr>
        <w:t>We want our students to have experiences that they wouldn't necessarily get in their home school districts. Many children are from families that don't know sign language, so we provide that environment for our kids here at our school, any student with hearing loss who lives in Iowa is eligible to be a student here with us at no cost at all to families or the school districts. Students who come from Nebraska will have tuition charged to the school district to pay for the student's education and board here. They are allowed to ask within their school for an out-of-state placement here at Iowa School for the Deaf, we have a 750-mile radius of students that we can accept here, all the way to the eastern border of Iowa and the state of Nebraska.</w:t>
      </w:r>
    </w:p>
    <w:p w:rsidR="00CA289D" w:rsidRDefault="00CA289D">
      <w:pPr>
        <w:spacing w:after="0"/>
      </w:pPr>
    </w:p>
    <w:p w:rsidR="00CA289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03:33</w:t>
      </w:r>
      <w:proofErr w:type="gramEnd"/>
    </w:p>
    <w:p w:rsidR="00CA289D" w:rsidRDefault="00000000">
      <w:pPr>
        <w:spacing w:after="0"/>
      </w:pPr>
      <w:r>
        <w:rPr>
          <w:rFonts w:ascii="Arial" w:hAnsi="Arial"/>
        </w:rPr>
        <w:t xml:space="preserve">Parents want their kids to succeed. How do you make the </w:t>
      </w:r>
      <w:r w:rsidR="005247F1">
        <w:rPr>
          <w:rFonts w:ascii="Arial" w:hAnsi="Arial"/>
        </w:rPr>
        <w:t>s</w:t>
      </w:r>
      <w:r>
        <w:rPr>
          <w:rFonts w:ascii="Arial" w:hAnsi="Arial"/>
        </w:rPr>
        <w:t>ell that this is going to be good for your student, or is there ever resistance to have your child in this immersive environment</w:t>
      </w:r>
      <w:r w:rsidR="005247F1">
        <w:rPr>
          <w:rFonts w:ascii="Arial" w:hAnsi="Arial"/>
        </w:rPr>
        <w:t>?</w:t>
      </w:r>
    </w:p>
    <w:p w:rsidR="00CA289D" w:rsidRDefault="00CA289D">
      <w:pPr>
        <w:spacing w:after="0"/>
      </w:pPr>
    </w:p>
    <w:p w:rsidR="00CA289D" w:rsidRDefault="00000000">
      <w:pPr>
        <w:spacing w:after="0"/>
      </w:pPr>
      <w:r>
        <w:rPr>
          <w:rFonts w:ascii="Arial" w:hAnsi="Arial"/>
          <w:b/>
        </w:rPr>
        <w:t xml:space="preserve">Chris </w:t>
      </w:r>
      <w:proofErr w:type="gramStart"/>
      <w:r>
        <w:rPr>
          <w:rFonts w:ascii="Arial" w:hAnsi="Arial"/>
          <w:b/>
        </w:rPr>
        <w:t xml:space="preserve">Kaftan  </w:t>
      </w:r>
      <w:r>
        <w:rPr>
          <w:rFonts w:ascii="Arial" w:hAnsi="Arial"/>
          <w:color w:val="5D7284"/>
        </w:rPr>
        <w:t>03:43</w:t>
      </w:r>
      <w:proofErr w:type="gramEnd"/>
    </w:p>
    <w:p w:rsidR="005247F1" w:rsidRDefault="00000000">
      <w:pPr>
        <w:spacing w:after="0"/>
        <w:rPr>
          <w:rFonts w:ascii="Arial" w:hAnsi="Arial"/>
        </w:rPr>
      </w:pPr>
      <w:proofErr w:type="gramStart"/>
      <w:r>
        <w:rPr>
          <w:rFonts w:ascii="Arial" w:hAnsi="Arial"/>
        </w:rPr>
        <w:t>So</w:t>
      </w:r>
      <w:proofErr w:type="gramEnd"/>
      <w:r>
        <w:rPr>
          <w:rFonts w:ascii="Arial" w:hAnsi="Arial"/>
        </w:rPr>
        <w:t xml:space="preserve"> imagine that you have a deaf child. Maybe the school district that you have is able to provide a sign language interpreter for your deaf child. So now they have access to the information from the teacher. But what about their classmate who sits next to them and doesn't know sign language? And every classmate that they have doesn't know sign language, so they're already missing out on communication access, on connection with their peers. There's a difference there. The only interaction that they have all day long in a language that they use is at their sign language interpreter. </w:t>
      </w:r>
    </w:p>
    <w:p w:rsidR="005247F1" w:rsidRDefault="005247F1">
      <w:pPr>
        <w:spacing w:after="0"/>
        <w:rPr>
          <w:rFonts w:ascii="Arial" w:hAnsi="Arial"/>
        </w:rPr>
      </w:pPr>
    </w:p>
    <w:p w:rsidR="005247F1" w:rsidRDefault="00000000">
      <w:pPr>
        <w:spacing w:after="0"/>
        <w:rPr>
          <w:rFonts w:ascii="Arial" w:hAnsi="Arial"/>
        </w:rPr>
      </w:pPr>
      <w:r>
        <w:rPr>
          <w:rFonts w:ascii="Arial" w:hAnsi="Arial"/>
        </w:rPr>
        <w:t xml:space="preserve">Now, in a school for the deaf, your child would have access to conversations with their classmates. They can understand when their classmates ask a question, they have classmates that are like them. They don't feel isolated or singled out. That's something that a school for the deaf can offer that a regular classroom can't. </w:t>
      </w:r>
      <w:proofErr w:type="gramStart"/>
      <w:r>
        <w:rPr>
          <w:rFonts w:ascii="Arial" w:hAnsi="Arial"/>
        </w:rPr>
        <w:t>So</w:t>
      </w:r>
      <w:proofErr w:type="gramEnd"/>
      <w:r>
        <w:rPr>
          <w:rFonts w:ascii="Arial" w:hAnsi="Arial"/>
        </w:rPr>
        <w:t xml:space="preserve"> the difference and the way that I would sell this to people is really come and visit the school, come see our campus, and see all of the benefits that your student could have by coming here. </w:t>
      </w:r>
    </w:p>
    <w:p w:rsidR="005247F1" w:rsidRDefault="005247F1">
      <w:pPr>
        <w:spacing w:after="0"/>
        <w:rPr>
          <w:rFonts w:ascii="Arial" w:hAnsi="Arial"/>
        </w:rPr>
      </w:pPr>
    </w:p>
    <w:p w:rsidR="00CA289D" w:rsidRDefault="00000000">
      <w:pPr>
        <w:spacing w:after="0"/>
      </w:pPr>
      <w:r>
        <w:rPr>
          <w:rFonts w:ascii="Arial" w:hAnsi="Arial"/>
        </w:rPr>
        <w:t>We have a website that's easy to remember. It's iowaschoolforthedeaf.org. Learn about our residential programs and how you can apply, sign up for a visit, come see us. We'd be happy to have you.</w:t>
      </w:r>
    </w:p>
    <w:p w:rsidR="00CA289D" w:rsidRDefault="00CA289D">
      <w:pPr>
        <w:spacing w:after="0"/>
      </w:pPr>
    </w:p>
    <w:p w:rsidR="00CA289D" w:rsidRDefault="00000000">
      <w:pPr>
        <w:spacing w:after="0"/>
      </w:pPr>
      <w:r>
        <w:rPr>
          <w:rFonts w:ascii="Arial" w:hAnsi="Arial"/>
          <w:b/>
        </w:rPr>
        <w:t xml:space="preserve">David </w:t>
      </w:r>
      <w:proofErr w:type="gramStart"/>
      <w:r>
        <w:rPr>
          <w:rFonts w:ascii="Arial" w:hAnsi="Arial"/>
          <w:b/>
        </w:rPr>
        <w:t xml:space="preserve">K  </w:t>
      </w:r>
      <w:r>
        <w:rPr>
          <w:rFonts w:ascii="Arial" w:hAnsi="Arial"/>
          <w:color w:val="5D7284"/>
        </w:rPr>
        <w:t>04:57</w:t>
      </w:r>
      <w:proofErr w:type="gramEnd"/>
    </w:p>
    <w:p w:rsidR="00CA289D" w:rsidRDefault="00000000">
      <w:pPr>
        <w:spacing w:after="0"/>
      </w:pPr>
      <w:r>
        <w:rPr>
          <w:rFonts w:ascii="Arial" w:hAnsi="Arial"/>
        </w:rPr>
        <w:t>For KIOS, I'm David Koesters.</w:t>
      </w:r>
    </w:p>
    <w:sectPr w:rsidR="00CA289D" w:rsidSect="001216B9">
      <w:footerReference w:type="even" r:id="rId8"/>
      <w:footerReference w:type="default" r:id="rId9"/>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4A21" w:rsidRDefault="006C4A21">
      <w:pPr>
        <w:spacing w:after="0" w:line="240" w:lineRule="auto"/>
      </w:pPr>
      <w:r>
        <w:separator/>
      </w:r>
    </w:p>
  </w:endnote>
  <w:endnote w:type="continuationSeparator" w:id="0">
    <w:p w:rsidR="006C4A21" w:rsidRDefault="006C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005247F1" w:rsidRPr="009C3AF0">
      <w:rPr>
        <w:rFonts w:ascii="Arial" w:hAnsi="Arial" w:cs="Arial"/>
        <w:color w:val="BFBFBF" w:themeColor="background1"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4A21" w:rsidRDefault="006C4A21">
      <w:pPr>
        <w:spacing w:after="0" w:line="240" w:lineRule="auto"/>
      </w:pPr>
      <w:r>
        <w:separator/>
      </w:r>
    </w:p>
  </w:footnote>
  <w:footnote w:type="continuationSeparator" w:id="0">
    <w:p w:rsidR="006C4A21" w:rsidRDefault="006C4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2567677">
    <w:abstractNumId w:val="8"/>
  </w:num>
  <w:num w:numId="2" w16cid:durableId="486945020">
    <w:abstractNumId w:val="6"/>
  </w:num>
  <w:num w:numId="3" w16cid:durableId="365060247">
    <w:abstractNumId w:val="5"/>
  </w:num>
  <w:num w:numId="4" w16cid:durableId="791947538">
    <w:abstractNumId w:val="4"/>
  </w:num>
  <w:num w:numId="5" w16cid:durableId="1020014654">
    <w:abstractNumId w:val="7"/>
  </w:num>
  <w:num w:numId="6" w16cid:durableId="2068841417">
    <w:abstractNumId w:val="3"/>
  </w:num>
  <w:num w:numId="7" w16cid:durableId="1947342151">
    <w:abstractNumId w:val="2"/>
  </w:num>
  <w:num w:numId="8" w16cid:durableId="1485467783">
    <w:abstractNumId w:val="1"/>
  </w:num>
  <w:num w:numId="9" w16cid:durableId="68197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5247F1"/>
    <w:rsid w:val="006C4A21"/>
    <w:rsid w:val="006E2A8C"/>
    <w:rsid w:val="007749AF"/>
    <w:rsid w:val="00794EBC"/>
    <w:rsid w:val="00930F33"/>
    <w:rsid w:val="009C3AF0"/>
    <w:rsid w:val="00A12EE5"/>
    <w:rsid w:val="00AA1D8D"/>
    <w:rsid w:val="00B47730"/>
    <w:rsid w:val="00BA4C2B"/>
    <w:rsid w:val="00BD0140"/>
    <w:rsid w:val="00C24502"/>
    <w:rsid w:val="00CA289D"/>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907A8C"/>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Koesters</cp:lastModifiedBy>
  <cp:revision>8</cp:revision>
  <dcterms:created xsi:type="dcterms:W3CDTF">2019-09-10T23:59:00Z</dcterms:created>
  <dcterms:modified xsi:type="dcterms:W3CDTF">2026-08-10T16:53:00Z</dcterms:modified>
  <cp:category/>
</cp:coreProperties>
</file>